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71" w:rsidRPr="006D6771" w:rsidRDefault="006D6771" w:rsidP="006D6771">
      <w:pPr>
        <w:spacing w:after="80"/>
        <w:jc w:val="center"/>
        <w:rPr>
          <w:sz w:val="19"/>
        </w:rPr>
      </w:pPr>
      <w:r w:rsidRPr="006D6771">
        <w:rPr>
          <w:b/>
          <w:color w:val="1A365D"/>
          <w:sz w:val="26"/>
        </w:rPr>
        <w:t>SHER-E-BANGLA AGRICULTURAL UNIVERSITY</w:t>
      </w:r>
    </w:p>
    <w:p w:rsidR="006D6771" w:rsidRPr="006D6771" w:rsidRDefault="006D6771" w:rsidP="006D6771">
      <w:pPr>
        <w:jc w:val="center"/>
        <w:rPr>
          <w:sz w:val="19"/>
        </w:rPr>
      </w:pPr>
      <w:r w:rsidRPr="006D6771">
        <w:rPr>
          <w:b/>
          <w:color w:val="4A5568"/>
          <w:sz w:val="18"/>
        </w:rPr>
        <w:t>CENTRAL LIBRARY • DHAKA-1207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301"/>
        <w:gridCol w:w="2448"/>
      </w:tblGrid>
      <w:tr w:rsidR="00636092" w:rsidRPr="006D6771" w:rsidTr="006D6771">
        <w:trPr>
          <w:trHeight w:val="1645"/>
          <w:jc w:val="center"/>
        </w:trPr>
        <w:tc>
          <w:tcPr>
            <w:tcW w:w="7301" w:type="dxa"/>
          </w:tcPr>
          <w:p w:rsidR="007B58AE" w:rsidRDefault="007B58AE" w:rsidP="006D6771">
            <w:pPr>
              <w:spacing w:before="120" w:after="0"/>
              <w:rPr>
                <w:b/>
                <w:color w:val="1A365D"/>
                <w:sz w:val="20"/>
              </w:rPr>
            </w:pPr>
          </w:p>
          <w:p w:rsidR="007B58AE" w:rsidRDefault="007B58AE" w:rsidP="006D6771">
            <w:pPr>
              <w:spacing w:before="120" w:after="0"/>
              <w:rPr>
                <w:b/>
                <w:color w:val="1A365D"/>
                <w:sz w:val="20"/>
              </w:rPr>
            </w:pPr>
          </w:p>
          <w:p w:rsidR="00636092" w:rsidRPr="006D6771" w:rsidRDefault="00900BEC" w:rsidP="007B58AE">
            <w:pPr>
              <w:spacing w:before="120" w:after="0"/>
              <w:jc w:val="center"/>
              <w:rPr>
                <w:sz w:val="19"/>
              </w:rPr>
            </w:pPr>
            <w:r w:rsidRPr="006D6771">
              <w:rPr>
                <w:b/>
                <w:color w:val="1A365D"/>
                <w:sz w:val="20"/>
              </w:rPr>
              <w:t>APPLICATION FOR LIBRARY CARD</w:t>
            </w:r>
            <w:r w:rsidR="006D6771" w:rsidRPr="006D6771">
              <w:rPr>
                <w:b/>
                <w:color w:val="1A365D"/>
                <w:sz w:val="20"/>
              </w:rPr>
              <w:t xml:space="preserve"> </w:t>
            </w:r>
            <w:r w:rsidRPr="006D6771">
              <w:rPr>
                <w:b/>
                <w:color w:val="1A365D"/>
                <w:sz w:val="20"/>
              </w:rPr>
              <w:t>(UNDERGRADUATE LEVEL)</w:t>
            </w:r>
          </w:p>
        </w:tc>
        <w:tc>
          <w:tcPr>
            <w:tcW w:w="2448" w:type="dxa"/>
            <w:tcBorders>
              <w:top w:val="single" w:sz="8" w:space="0" w:color="718096"/>
              <w:left w:val="single" w:sz="8" w:space="0" w:color="718096"/>
              <w:bottom w:val="single" w:sz="8" w:space="0" w:color="718096"/>
              <w:right w:val="single" w:sz="8" w:space="0" w:color="718096"/>
            </w:tcBorders>
            <w:shd w:val="clear" w:color="auto" w:fill="F7FAFC"/>
            <w:vAlign w:val="center"/>
          </w:tcPr>
          <w:p w:rsidR="00636092" w:rsidRPr="006D6771" w:rsidRDefault="00900BEC">
            <w:pPr>
              <w:spacing w:before="360" w:after="360"/>
              <w:jc w:val="center"/>
              <w:rPr>
                <w:color w:val="718096"/>
                <w:sz w:val="15"/>
              </w:rPr>
            </w:pPr>
            <w:r w:rsidRPr="006D6771">
              <w:rPr>
                <w:color w:val="718096"/>
                <w:sz w:val="15"/>
              </w:rPr>
              <w:t>Attach Passport</w:t>
            </w:r>
            <w:r w:rsidRPr="006D6771">
              <w:rPr>
                <w:color w:val="718096"/>
                <w:sz w:val="15"/>
              </w:rPr>
              <w:br/>
              <w:t>Size Photo</w:t>
            </w:r>
            <w:r w:rsidRPr="006D6771">
              <w:rPr>
                <w:color w:val="718096"/>
                <w:sz w:val="15"/>
              </w:rPr>
              <w:br/>
              <w:t>Here</w:t>
            </w:r>
          </w:p>
          <w:p w:rsidR="006D6771" w:rsidRPr="006D6771" w:rsidRDefault="006D6771">
            <w:pPr>
              <w:spacing w:before="360" w:after="360"/>
              <w:jc w:val="center"/>
              <w:rPr>
                <w:sz w:val="19"/>
              </w:rPr>
            </w:pPr>
          </w:p>
        </w:tc>
      </w:tr>
    </w:tbl>
    <w:p w:rsidR="00636092" w:rsidRPr="006D6771" w:rsidRDefault="00900BEC">
      <w:pPr>
        <w:keepNext/>
        <w:pBdr>
          <w:bottom w:val="single" w:sz="6" w:space="2" w:color="CBD5E0"/>
        </w:pBdr>
        <w:spacing w:before="240" w:after="120"/>
        <w:rPr>
          <w:sz w:val="19"/>
        </w:rPr>
      </w:pPr>
      <w:r w:rsidRPr="006D6771">
        <w:rPr>
          <w:b/>
          <w:color w:val="1A365D"/>
          <w:sz w:val="19"/>
        </w:rPr>
        <w:t>1. PERSONAL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6149"/>
      </w:tblGrid>
      <w:tr w:rsidR="00636092" w:rsidRPr="006D6771" w:rsidTr="006D6771">
        <w:trPr>
          <w:trHeight w:val="528"/>
          <w:jc w:val="center"/>
        </w:trPr>
        <w:tc>
          <w:tcPr>
            <w:tcW w:w="3600" w:type="dxa"/>
            <w:tcBorders>
              <w:bottom w:val="single" w:sz="4" w:space="0" w:color="E2E8F0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6D6771" w:rsidRDefault="00900BEC" w:rsidP="006D6771">
            <w:pPr>
              <w:spacing w:after="0"/>
              <w:rPr>
                <w:b/>
                <w:color w:val="2D3748"/>
                <w:sz w:val="17"/>
              </w:rPr>
            </w:pPr>
            <w:r w:rsidRPr="006D6771">
              <w:rPr>
                <w:b/>
                <w:color w:val="2D3748"/>
                <w:sz w:val="17"/>
              </w:rPr>
              <w:t>Applicant's Full Name</w:t>
            </w:r>
            <w:r w:rsidR="006D6771">
              <w:rPr>
                <w:b/>
                <w:color w:val="2D3748"/>
                <w:sz w:val="17"/>
              </w:rPr>
              <w:t xml:space="preserve"> </w:t>
            </w:r>
          </w:p>
          <w:p w:rsidR="00636092" w:rsidRPr="006D6771" w:rsidRDefault="00900BEC" w:rsidP="006D6771">
            <w:pPr>
              <w:spacing w:after="0"/>
              <w:rPr>
                <w:sz w:val="19"/>
              </w:rPr>
            </w:pPr>
            <w:r w:rsidRPr="006D6771">
              <w:rPr>
                <w:b/>
                <w:color w:val="2D3748"/>
                <w:sz w:val="17"/>
              </w:rPr>
              <w:t>(in Capital Letters)</w:t>
            </w:r>
          </w:p>
        </w:tc>
        <w:tc>
          <w:tcPr>
            <w:tcW w:w="6149" w:type="dxa"/>
            <w:tcBorders>
              <w:bottom w:val="single" w:sz="6" w:space="0" w:color="A0AEC0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636092" w:rsidRPr="006D6771" w:rsidRDefault="00636092">
            <w:pPr>
              <w:spacing w:after="0"/>
              <w:rPr>
                <w:sz w:val="19"/>
              </w:rPr>
            </w:pPr>
          </w:p>
        </w:tc>
      </w:tr>
      <w:tr w:rsidR="00636092" w:rsidRPr="006D6771" w:rsidTr="006D6771">
        <w:trPr>
          <w:jc w:val="center"/>
        </w:trPr>
        <w:tc>
          <w:tcPr>
            <w:tcW w:w="3600" w:type="dxa"/>
            <w:tcBorders>
              <w:bottom w:val="single" w:sz="4" w:space="0" w:color="E2E8F0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b/>
                <w:color w:val="2D3748"/>
                <w:sz w:val="17"/>
              </w:rPr>
              <w:t>Gender</w:t>
            </w:r>
          </w:p>
        </w:tc>
        <w:tc>
          <w:tcPr>
            <w:tcW w:w="6149" w:type="dxa"/>
            <w:tcBorders>
              <w:bottom w:val="single" w:sz="6" w:space="0" w:color="A0AEC0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color w:val="2D3748"/>
                <w:sz w:val="17"/>
              </w:rPr>
              <w:t xml:space="preserve">[  ] Male        [  ] </w:t>
            </w:r>
            <w:r w:rsidRPr="006D6771">
              <w:rPr>
                <w:color w:val="2D3748"/>
                <w:sz w:val="17"/>
              </w:rPr>
              <w:t>Female</w:t>
            </w:r>
          </w:p>
        </w:tc>
      </w:tr>
      <w:tr w:rsidR="00636092" w:rsidRPr="006D6771" w:rsidTr="006D6771">
        <w:trPr>
          <w:jc w:val="center"/>
        </w:trPr>
        <w:tc>
          <w:tcPr>
            <w:tcW w:w="3600" w:type="dxa"/>
            <w:tcBorders>
              <w:bottom w:val="single" w:sz="4" w:space="0" w:color="E2E8F0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636092" w:rsidRPr="006D6771" w:rsidRDefault="00900BEC" w:rsidP="006D6771">
            <w:pPr>
              <w:spacing w:after="0"/>
              <w:rPr>
                <w:sz w:val="19"/>
              </w:rPr>
            </w:pPr>
            <w:r w:rsidRPr="006D6771">
              <w:rPr>
                <w:b/>
                <w:color w:val="2D3748"/>
                <w:sz w:val="17"/>
              </w:rPr>
              <w:t>Registration Number</w:t>
            </w:r>
            <w:r w:rsidR="006D6771">
              <w:rPr>
                <w:b/>
                <w:color w:val="2D3748"/>
                <w:sz w:val="17"/>
              </w:rPr>
              <w:t xml:space="preserve"> </w:t>
            </w:r>
            <w:r w:rsidRPr="006D6771">
              <w:rPr>
                <w:b/>
                <w:color w:val="2D3748"/>
                <w:sz w:val="17"/>
              </w:rPr>
              <w:t>(Write Full)</w:t>
            </w:r>
          </w:p>
        </w:tc>
        <w:tc>
          <w:tcPr>
            <w:tcW w:w="6149" w:type="dxa"/>
            <w:tcBorders>
              <w:bottom w:val="single" w:sz="6" w:space="0" w:color="A0AEC0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636092" w:rsidRPr="006D6771" w:rsidRDefault="00636092">
            <w:pPr>
              <w:spacing w:after="0"/>
              <w:rPr>
                <w:sz w:val="19"/>
              </w:rPr>
            </w:pPr>
          </w:p>
        </w:tc>
      </w:tr>
      <w:tr w:rsidR="00636092" w:rsidRPr="006D6771" w:rsidTr="006D6771">
        <w:trPr>
          <w:jc w:val="center"/>
        </w:trPr>
        <w:tc>
          <w:tcPr>
            <w:tcW w:w="3600" w:type="dxa"/>
            <w:tcBorders>
              <w:bottom w:val="single" w:sz="4" w:space="0" w:color="E2E8F0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636092" w:rsidRPr="006D6771" w:rsidRDefault="00900BEC" w:rsidP="006D6771">
            <w:pPr>
              <w:spacing w:after="0"/>
              <w:rPr>
                <w:sz w:val="19"/>
              </w:rPr>
            </w:pPr>
            <w:r w:rsidRPr="006D6771">
              <w:rPr>
                <w:b/>
                <w:color w:val="2D3748"/>
                <w:sz w:val="17"/>
              </w:rPr>
              <w:t>Email Address</w:t>
            </w:r>
            <w:r w:rsidR="006D6771">
              <w:rPr>
                <w:b/>
                <w:color w:val="2D3748"/>
                <w:sz w:val="17"/>
              </w:rPr>
              <w:t xml:space="preserve"> </w:t>
            </w:r>
            <w:r w:rsidRPr="006D6771">
              <w:rPr>
                <w:b/>
                <w:color w:val="2D3748"/>
                <w:sz w:val="17"/>
              </w:rPr>
              <w:t>(in Capital Letters)</w:t>
            </w:r>
          </w:p>
        </w:tc>
        <w:tc>
          <w:tcPr>
            <w:tcW w:w="6149" w:type="dxa"/>
            <w:tcBorders>
              <w:bottom w:val="single" w:sz="6" w:space="0" w:color="A0AEC0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636092" w:rsidRPr="006D6771" w:rsidRDefault="00636092">
            <w:pPr>
              <w:spacing w:after="0"/>
              <w:rPr>
                <w:sz w:val="19"/>
              </w:rPr>
            </w:pPr>
          </w:p>
        </w:tc>
      </w:tr>
      <w:tr w:rsidR="00636092" w:rsidRPr="006D6771" w:rsidTr="006D6771">
        <w:trPr>
          <w:jc w:val="center"/>
        </w:trPr>
        <w:tc>
          <w:tcPr>
            <w:tcW w:w="3600" w:type="dxa"/>
            <w:tcBorders>
              <w:bottom w:val="single" w:sz="4" w:space="0" w:color="E2E8F0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636092" w:rsidRPr="006D6771" w:rsidRDefault="00900BEC" w:rsidP="006D6771">
            <w:pPr>
              <w:spacing w:after="0"/>
              <w:rPr>
                <w:sz w:val="19"/>
              </w:rPr>
            </w:pPr>
            <w:r w:rsidRPr="006D6771">
              <w:rPr>
                <w:b/>
                <w:color w:val="2D3748"/>
                <w:sz w:val="17"/>
              </w:rPr>
              <w:t>Cell Phone Number</w:t>
            </w:r>
            <w:r w:rsidR="006D6771">
              <w:rPr>
                <w:b/>
                <w:color w:val="2D3748"/>
                <w:sz w:val="17"/>
              </w:rPr>
              <w:t xml:space="preserve"> (Applicant's </w:t>
            </w:r>
            <w:r w:rsidRPr="006D6771">
              <w:rPr>
                <w:b/>
                <w:color w:val="2D3748"/>
                <w:sz w:val="17"/>
              </w:rPr>
              <w:t>Own)</w:t>
            </w:r>
          </w:p>
        </w:tc>
        <w:tc>
          <w:tcPr>
            <w:tcW w:w="6149" w:type="dxa"/>
            <w:tcBorders>
              <w:bottom w:val="single" w:sz="6" w:space="0" w:color="A0AEC0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636092" w:rsidRPr="006D6771" w:rsidRDefault="00636092">
            <w:pPr>
              <w:spacing w:after="0"/>
              <w:rPr>
                <w:sz w:val="19"/>
              </w:rPr>
            </w:pPr>
          </w:p>
        </w:tc>
      </w:tr>
    </w:tbl>
    <w:p w:rsidR="00636092" w:rsidRPr="006D6771" w:rsidRDefault="00900BEC">
      <w:pPr>
        <w:keepNext/>
        <w:pBdr>
          <w:bottom w:val="single" w:sz="6" w:space="2" w:color="CBD5E0"/>
        </w:pBdr>
        <w:spacing w:before="240" w:after="120"/>
        <w:rPr>
          <w:sz w:val="19"/>
        </w:rPr>
      </w:pPr>
      <w:r w:rsidRPr="006D6771">
        <w:rPr>
          <w:b/>
          <w:color w:val="1A365D"/>
          <w:sz w:val="19"/>
        </w:rPr>
        <w:t>2. FACULTY &amp; HALL ATTACHMENT</w:t>
      </w:r>
    </w:p>
    <w:p w:rsidR="00636092" w:rsidRPr="006D6771" w:rsidRDefault="00900BEC">
      <w:pPr>
        <w:spacing w:before="80" w:after="80"/>
        <w:rPr>
          <w:sz w:val="19"/>
        </w:rPr>
      </w:pPr>
      <w:r w:rsidRPr="006D6771">
        <w:rPr>
          <w:b/>
          <w:sz w:val="17"/>
        </w:rPr>
        <w:t>Faculty Name (Please tick mark [✓] appropriate box):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67"/>
        <w:gridCol w:w="4867"/>
      </w:tblGrid>
      <w:tr w:rsidR="00636092" w:rsidRPr="006D6771">
        <w:trPr>
          <w:jc w:val="center"/>
        </w:trPr>
        <w:tc>
          <w:tcPr>
            <w:tcW w:w="48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sz w:val="17"/>
              </w:rPr>
              <w:t>[  ] Faculty of Agriculture</w:t>
            </w:r>
          </w:p>
        </w:tc>
        <w:tc>
          <w:tcPr>
            <w:tcW w:w="48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sz w:val="17"/>
              </w:rPr>
              <w:t>[  ] Faculty of Animal Scie</w:t>
            </w:r>
            <w:r w:rsidRPr="006D6771">
              <w:rPr>
                <w:sz w:val="17"/>
              </w:rPr>
              <w:t>nce &amp; Veterinary Medicine</w:t>
            </w:r>
          </w:p>
        </w:tc>
      </w:tr>
      <w:tr w:rsidR="00636092" w:rsidRPr="006D6771">
        <w:trPr>
          <w:jc w:val="center"/>
        </w:trPr>
        <w:tc>
          <w:tcPr>
            <w:tcW w:w="48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sz w:val="17"/>
              </w:rPr>
              <w:t>[  ] Faculty of Fisheries &amp; Marine Science</w:t>
            </w:r>
          </w:p>
        </w:tc>
        <w:tc>
          <w:tcPr>
            <w:tcW w:w="48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sz w:val="17"/>
              </w:rPr>
              <w:t>[  ] Faculty of Agribusiness Management</w:t>
            </w:r>
          </w:p>
        </w:tc>
      </w:tr>
    </w:tbl>
    <w:p w:rsidR="006D6771" w:rsidRPr="006D6771" w:rsidRDefault="006D6771">
      <w:pPr>
        <w:spacing w:before="80" w:after="80"/>
        <w:rPr>
          <w:b/>
          <w:sz w:val="5"/>
        </w:rPr>
      </w:pPr>
    </w:p>
    <w:p w:rsidR="00636092" w:rsidRPr="006D6771" w:rsidRDefault="00900BEC">
      <w:pPr>
        <w:spacing w:before="80" w:after="80"/>
        <w:rPr>
          <w:sz w:val="19"/>
        </w:rPr>
      </w:pPr>
      <w:r w:rsidRPr="006D6771">
        <w:rPr>
          <w:b/>
          <w:sz w:val="17"/>
        </w:rPr>
        <w:t>Attached Hall Name (Please tick mark [✓] appropriate box):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67"/>
        <w:gridCol w:w="4874"/>
      </w:tblGrid>
      <w:tr w:rsidR="00636092" w:rsidRPr="006D6771">
        <w:trPr>
          <w:jc w:val="center"/>
        </w:trPr>
        <w:tc>
          <w:tcPr>
            <w:tcW w:w="48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sz w:val="17"/>
              </w:rPr>
              <w:t>[  ] Sher-e-Bangla Hall</w:t>
            </w:r>
          </w:p>
        </w:tc>
        <w:tc>
          <w:tcPr>
            <w:tcW w:w="48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sz w:val="17"/>
              </w:rPr>
              <w:t xml:space="preserve">[  </w:t>
            </w:r>
            <w:bookmarkStart w:id="0" w:name="_GoBack"/>
            <w:bookmarkEnd w:id="0"/>
            <w:r w:rsidRPr="006D6771">
              <w:rPr>
                <w:sz w:val="17"/>
              </w:rPr>
              <w:t>] Nowab Shiraj-Ud-Doula Hall</w:t>
            </w:r>
          </w:p>
        </w:tc>
      </w:tr>
      <w:tr w:rsidR="00636092" w:rsidRPr="006D6771">
        <w:trPr>
          <w:jc w:val="center"/>
        </w:trPr>
        <w:tc>
          <w:tcPr>
            <w:tcW w:w="48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sz w:val="17"/>
              </w:rPr>
              <w:t xml:space="preserve">[  ] Kabi Kazi Nazrul Islam </w:t>
            </w:r>
            <w:r w:rsidRPr="006D6771">
              <w:rPr>
                <w:sz w:val="17"/>
              </w:rPr>
              <w:t>Hall</w:t>
            </w:r>
          </w:p>
        </w:tc>
        <w:tc>
          <w:tcPr>
            <w:tcW w:w="48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sz w:val="17"/>
              </w:rPr>
              <w:t>[  ] Bijoy 24 Hall</w:t>
            </w:r>
          </w:p>
        </w:tc>
      </w:tr>
      <w:tr w:rsidR="00636092" w:rsidRPr="006D6771">
        <w:trPr>
          <w:jc w:val="center"/>
        </w:trPr>
        <w:tc>
          <w:tcPr>
            <w:tcW w:w="48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sz w:val="17"/>
              </w:rPr>
              <w:t>[  ] Begum Syedunnesa Hall</w:t>
            </w:r>
          </w:p>
        </w:tc>
        <w:tc>
          <w:tcPr>
            <w:tcW w:w="48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sz w:val="17"/>
              </w:rPr>
              <w:t>[  ] Begum Rokeya Hall</w:t>
            </w:r>
          </w:p>
        </w:tc>
      </w:tr>
      <w:tr w:rsidR="00636092" w:rsidRPr="006D6771" w:rsidTr="006D6771">
        <w:trPr>
          <w:trHeight w:val="297"/>
          <w:jc w:val="center"/>
        </w:trPr>
        <w:tc>
          <w:tcPr>
            <w:tcW w:w="48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sz w:val="17"/>
              </w:rPr>
              <w:t>[  ] Oporajita 24 Hall</w:t>
            </w:r>
          </w:p>
        </w:tc>
        <w:tc>
          <w:tcPr>
            <w:tcW w:w="4874" w:type="dxa"/>
          </w:tcPr>
          <w:p w:rsidR="00636092" w:rsidRPr="006D6771" w:rsidRDefault="00636092">
            <w:pPr>
              <w:rPr>
                <w:sz w:val="19"/>
              </w:rPr>
            </w:pPr>
          </w:p>
        </w:tc>
      </w:tr>
    </w:tbl>
    <w:p w:rsidR="00636092" w:rsidRPr="006D6771" w:rsidRDefault="00900BEC">
      <w:pPr>
        <w:keepNext/>
        <w:pBdr>
          <w:bottom w:val="single" w:sz="6" w:space="2" w:color="CBD5E0"/>
        </w:pBdr>
        <w:spacing w:before="240" w:after="120"/>
        <w:rPr>
          <w:sz w:val="19"/>
        </w:rPr>
      </w:pPr>
      <w:r w:rsidRPr="006D6771">
        <w:rPr>
          <w:b/>
          <w:color w:val="1A365D"/>
          <w:sz w:val="19"/>
        </w:rPr>
        <w:t>3. PAYMENT DETAILS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67"/>
        <w:gridCol w:w="4867"/>
      </w:tblGrid>
      <w:tr w:rsidR="00636092" w:rsidRPr="006D6771">
        <w:trPr>
          <w:jc w:val="center"/>
        </w:trPr>
        <w:tc>
          <w:tcPr>
            <w:tcW w:w="4867" w:type="dxa"/>
            <w:tcBorders>
              <w:bottom w:val="single" w:sz="6" w:space="0" w:color="A0AEC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b/>
                <w:sz w:val="17"/>
              </w:rPr>
              <w:t xml:space="preserve">Money Receipt No: </w:t>
            </w:r>
          </w:p>
        </w:tc>
        <w:tc>
          <w:tcPr>
            <w:tcW w:w="4867" w:type="dxa"/>
            <w:tcBorders>
              <w:bottom w:val="single" w:sz="6" w:space="0" w:color="A0AEC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6092" w:rsidRPr="006D6771" w:rsidRDefault="00900BEC">
            <w:pPr>
              <w:spacing w:after="0"/>
              <w:rPr>
                <w:sz w:val="19"/>
              </w:rPr>
            </w:pPr>
            <w:r w:rsidRPr="006D6771">
              <w:rPr>
                <w:b/>
                <w:sz w:val="17"/>
              </w:rPr>
              <w:t xml:space="preserve">Date: </w:t>
            </w:r>
          </w:p>
        </w:tc>
      </w:tr>
    </w:tbl>
    <w:p w:rsidR="00636092" w:rsidRPr="006D6771" w:rsidRDefault="00900BEC">
      <w:pPr>
        <w:spacing w:before="160" w:after="560"/>
        <w:rPr>
          <w:sz w:val="19"/>
        </w:rPr>
      </w:pPr>
      <w:r w:rsidRPr="006D6771">
        <w:rPr>
          <w:i/>
          <w:color w:val="2D3748"/>
          <w:sz w:val="17"/>
        </w:rPr>
        <w:t xml:space="preserve">I hereby declare and promise that I will strictly abide by all the rules and regulations of the University </w:t>
      </w:r>
      <w:r w:rsidRPr="006D6771">
        <w:rPr>
          <w:i/>
          <w:color w:val="2D3748"/>
          <w:sz w:val="17"/>
        </w:rPr>
        <w:t>Central Library.</w:t>
      </w:r>
    </w:p>
    <w:tbl>
      <w:tblPr>
        <w:tblW w:w="0" w:type="auto"/>
        <w:jc w:val="center"/>
        <w:tblInd w:w="-32" w:type="dxa"/>
        <w:tblLook w:val="04A0" w:firstRow="1" w:lastRow="0" w:firstColumn="1" w:lastColumn="0" w:noHBand="0" w:noVBand="1"/>
      </w:tblPr>
      <w:tblGrid>
        <w:gridCol w:w="32"/>
        <w:gridCol w:w="4867"/>
        <w:gridCol w:w="4850"/>
        <w:gridCol w:w="17"/>
      </w:tblGrid>
      <w:tr w:rsidR="00636092" w:rsidRPr="006D6771" w:rsidTr="006D6771">
        <w:trPr>
          <w:gridBefore w:val="1"/>
          <w:wBefore w:w="32" w:type="dxa"/>
          <w:jc w:val="center"/>
        </w:trPr>
        <w:tc>
          <w:tcPr>
            <w:tcW w:w="4867" w:type="dxa"/>
          </w:tcPr>
          <w:p w:rsidR="00636092" w:rsidRDefault="00900BEC">
            <w:pPr>
              <w:spacing w:after="0" w:line="288" w:lineRule="auto"/>
              <w:rPr>
                <w:b/>
                <w:sz w:val="17"/>
              </w:rPr>
            </w:pPr>
            <w:r w:rsidRPr="006D6771">
              <w:rPr>
                <w:b/>
                <w:sz w:val="17"/>
              </w:rPr>
              <w:t>_____________________________________</w:t>
            </w:r>
            <w:r w:rsidRPr="006D6771">
              <w:rPr>
                <w:b/>
                <w:sz w:val="17"/>
              </w:rPr>
              <w:br/>
              <w:t>Signature of the Applicant</w:t>
            </w:r>
          </w:p>
          <w:p w:rsidR="006D6771" w:rsidRPr="006D6771" w:rsidRDefault="006D6771">
            <w:pPr>
              <w:spacing w:after="0" w:line="288" w:lineRule="auto"/>
              <w:rPr>
                <w:sz w:val="19"/>
              </w:rPr>
            </w:pPr>
          </w:p>
        </w:tc>
        <w:tc>
          <w:tcPr>
            <w:tcW w:w="4867" w:type="dxa"/>
            <w:gridSpan w:val="2"/>
          </w:tcPr>
          <w:p w:rsidR="00636092" w:rsidRPr="006D6771" w:rsidRDefault="00900BEC">
            <w:pPr>
              <w:spacing w:after="0" w:line="288" w:lineRule="auto"/>
              <w:jc w:val="right"/>
              <w:rPr>
                <w:sz w:val="19"/>
              </w:rPr>
            </w:pPr>
            <w:r w:rsidRPr="006D6771">
              <w:rPr>
                <w:b/>
                <w:sz w:val="17"/>
              </w:rPr>
              <w:t>_________________________</w:t>
            </w:r>
            <w:r w:rsidRPr="006D6771">
              <w:rPr>
                <w:b/>
                <w:sz w:val="17"/>
              </w:rPr>
              <w:br/>
              <w:t>Date</w:t>
            </w:r>
          </w:p>
        </w:tc>
      </w:tr>
      <w:tr w:rsidR="00636092" w:rsidRPr="006D6771" w:rsidTr="006D6771">
        <w:trPr>
          <w:gridAfter w:val="1"/>
          <w:wAfter w:w="17" w:type="dxa"/>
          <w:jc w:val="center"/>
        </w:trPr>
        <w:tc>
          <w:tcPr>
            <w:tcW w:w="9749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636092" w:rsidRPr="006D6771" w:rsidRDefault="00900BEC">
            <w:pPr>
              <w:spacing w:after="160"/>
              <w:rPr>
                <w:sz w:val="19"/>
              </w:rPr>
            </w:pPr>
            <w:r w:rsidRPr="006D6771">
              <w:rPr>
                <w:b/>
                <w:color w:val="4A5568"/>
                <w:sz w:val="17"/>
              </w:rPr>
              <w:t>FOR OFFICE USE ONLY</w:t>
            </w:r>
          </w:p>
          <w:p w:rsidR="00636092" w:rsidRPr="006D6771" w:rsidRDefault="00900BEC">
            <w:pPr>
              <w:spacing w:after="0" w:line="360" w:lineRule="auto"/>
              <w:rPr>
                <w:sz w:val="19"/>
              </w:rPr>
            </w:pPr>
            <w:r w:rsidRPr="006D6771">
              <w:rPr>
                <w:color w:val="4A5568"/>
                <w:sz w:val="16"/>
              </w:rPr>
              <w:t>Library Card No: _______________________      Date of Issue: _______________________</w:t>
            </w:r>
            <w:r w:rsidRPr="006D6771">
              <w:rPr>
                <w:color w:val="4A5568"/>
                <w:sz w:val="16"/>
              </w:rPr>
              <w:br/>
              <w:t xml:space="preserve">Verified By (Signature): </w:t>
            </w:r>
            <w:r w:rsidRPr="006D6771">
              <w:rPr>
                <w:color w:val="4A5568"/>
                <w:sz w:val="16"/>
              </w:rPr>
              <w:t>_________________      Authorized Officer: __________________</w:t>
            </w:r>
          </w:p>
        </w:tc>
      </w:tr>
    </w:tbl>
    <w:p w:rsidR="00900BEC" w:rsidRPr="006D6771" w:rsidRDefault="00900BEC" w:rsidP="006D6771">
      <w:pPr>
        <w:rPr>
          <w:sz w:val="19"/>
        </w:rPr>
      </w:pPr>
    </w:p>
    <w:sectPr w:rsidR="00900BEC" w:rsidRPr="006D6771" w:rsidSect="00034616">
      <w:pgSz w:w="11909" w:h="16834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017C"/>
    <w:rsid w:val="00636092"/>
    <w:rsid w:val="006D6771"/>
    <w:rsid w:val="007B58AE"/>
    <w:rsid w:val="00900BE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AFEA83-4F18-46E8-9700-7A23C19E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Wellcome</cp:lastModifiedBy>
  <cp:revision>2</cp:revision>
  <dcterms:created xsi:type="dcterms:W3CDTF">2026-07-29T06:27:00Z</dcterms:created>
  <dcterms:modified xsi:type="dcterms:W3CDTF">2026-07-29T06:27:00Z</dcterms:modified>
</cp:coreProperties>
</file>